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יומן של יום גשום</w:t>
      </w:r>
    </w:p>
    <w:p>
      <w:pPr>
        <w:bidi/>
        <w:jc w:val="right"/>
      </w:pPr>
      <w:r>
        <w:rPr>
          <w:rFonts w:ascii="Arial" w:hAnsi="Arial" w:cs="Arial"/>
          <w:sz w:val="24"/>
          <w:rtl/>
          <w:szCs w:val="24"/>
        </w:rPr>
        <w:t>• 🎯 מטרה: הבנת הקטע "יומן של יום גשום" (יומן), זיהוי לשון ציורית, פרשנות וכתיבה רפלקטיבית: "המסע שלי פנימה".</w:t>
      </w:r>
    </w:p>
    <w:p>
      <w:pPr>
        <w:bidi/>
        <w:jc w:val="right"/>
      </w:pPr>
      <w:r>
        <w:rPr>
          <w:rFonts w:ascii="Arial" w:hAnsi="Arial" w:cs="Arial"/>
          <w:sz w:val="24"/>
          <w:rtl/>
          <w:szCs w:val="24"/>
        </w:rPr>
        <w:t>• ⏱️ זמן מומלץ: 35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https://masa-pnima-horef.sites.tab.bot/p09.html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רעיון מרכזי: גם ביום אפור יש רגעים קטנים וטובים; תשומת לב וכתיבה עוזרות לגלות אותם. מומלץ להקריא את הקטע בקול לפני העבודה.</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כמו מחיאות כפיים רכות על הגג</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לנשום לאט</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היום נראה רע בבוקר ובסוף היה בסדר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ניסו לנשום לאט, כמו שלמדו.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הגשם בבוקר, השתיקה עם תמר, הנשימה שעזרה במבחן.</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הם לא דיברו הרבה – היה נעים לשתוק.</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"עוד לא ברור לי אם הצלחתי".</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יש קרבה שלא צריכה מילים; שקט משותף עם חברה יכול להיות מנחם.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רגעים טובים קטנים שמגלים כששמים לב, גם ביום שנראה קשה.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דימוי – קול הגשם מושווה למחיאות כפיים.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ניגוד – אפור מול צבעוני – מראה חיצוני מול רגעים טובים.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מטאפורה – "צבעים" = רגעים טובים ושמחים.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עמדה + נימוק + דוגמה.</w:t>
            </w:r>
          </w:p>
        </w:tc>
      </w:tr>
      <w:tr>
        <w:tc>
          <w:tcPr>
            <w:tcW w:type="dxa" w:w="3475"/>
          </w:tcPr>
          <w:p>
            <w:pPr>
              <w:bidi/>
              <w:jc w:val="right"/>
            </w:pPr>
            <w:r>
              <w:rPr>
                <w:rFonts w:ascii="Arial" w:hAnsi="Arial" w:cs="Arial"/>
                <w:sz w:val="22"/>
                <w:rtl/>
                <w:szCs w:val="22"/>
              </w:rPr>
              <w:t>חלק 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תוכן אישי ורלוונטי, מבנה (פתיחה–אמצע–סיום), שימוש באמצעי ציורי אחד לפחות, לשון תקינה.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יומן של יום גשום – דף תרגול</w:t>
      </w:r>
    </w:p>
    <w:p>
      <w:pPr>
        <w:bidi/>
        <w:pStyle w:val="Heading3"/>
        <w:jc w:val="right"/>
      </w:pPr>
      <w:r>
        <w:rPr>
          <w:rFonts w:ascii="Arial" w:hAnsi="Arial" w:cs="Arial"/>
          <w:b/>
          <w:color w:val="333366"/>
          <w:sz w:val="26"/>
          <w:rtl/>
          <w:szCs w:val="26"/>
          <w:bCs/>
        </w:rPr>
        <w:t>📖 יומן של יום גשום</w:t>
      </w:r>
    </w:p>
    <w:p>
      <w:pPr>
        <w:bidi/>
        <w:jc w:val="right"/>
      </w:pPr>
      <w:r>
        <w:rPr>
          <w:rFonts w:ascii="Arial" w:hAnsi="Arial" w:cs="Arial"/>
          <w:sz w:val="24"/>
          <w:rtl/>
          <w:szCs w:val="24"/>
        </w:rPr>
        <w:t>יום ראשון, 7:10 בבוקר</w:t>
      </w:r>
    </w:p>
    <w:p>
      <w:pPr>
        <w:bidi/>
        <w:jc w:val="right"/>
      </w:pPr>
      <w:r>
        <w:rPr>
          <w:rFonts w:ascii="Arial" w:hAnsi="Arial" w:cs="Arial"/>
          <w:sz w:val="24"/>
          <w:rtl/>
          <w:szCs w:val="24"/>
        </w:rPr>
        <w:t>התעוררתי לקול גשם. במשך כמה דקות לא זזתי מהמיטה, רק הקשבתי. זה נשמע כמו מחיאות כפיים רכות על הגג. לא רציתי לקום.</w:t>
      </w:r>
    </w:p>
    <w:p>
      <w:pPr>
        <w:bidi/>
        <w:jc w:val="right"/>
      </w:pPr>
      <w:r>
        <w:rPr>
          <w:rFonts w:ascii="Arial" w:hAnsi="Arial" w:cs="Arial"/>
          <w:sz w:val="24"/>
          <w:rtl/>
          <w:szCs w:val="24"/>
        </w:rPr>
        <w:t>יום ראשון, 16:30</w:t>
      </w:r>
    </w:p>
    <w:p>
      <w:pPr>
        <w:bidi/>
        <w:jc w:val="right"/>
      </w:pPr>
      <w:r>
        <w:rPr>
          <w:rFonts w:ascii="Arial" w:hAnsi="Arial" w:cs="Arial"/>
          <w:sz w:val="24"/>
          <w:rtl/>
          <w:szCs w:val="24"/>
        </w:rPr>
        <w:t>היום בבית הספר היה עמוס. במבחן במתמטיקה נתקעתי בשאלה השלישית, והלב שלי דפק חזק. ניסיתי לנשום לאט, כמו שלמדנו, וזה עזר קצת. עוד לא ברור לי אם הצלחתי. בהפסקה ישבתי עם תמר מתחת לגגון, ולא דיברנו הרבה. היה נעים לשתוק ביחד.</w:t>
      </w:r>
    </w:p>
    <w:p>
      <w:pPr>
        <w:bidi/>
        <w:jc w:val="right"/>
      </w:pPr>
      <w:r>
        <w:rPr>
          <w:rFonts w:ascii="Arial" w:hAnsi="Arial" w:cs="Arial"/>
          <w:sz w:val="24"/>
          <w:rtl/>
          <w:szCs w:val="24"/>
        </w:rPr>
        <w:t>יום ראשון, 21:45</w:t>
      </w:r>
    </w:p>
    <w:p>
      <w:pPr>
        <w:bidi/>
        <w:jc w:val="right"/>
      </w:pPr>
      <w:r>
        <w:rPr>
          <w:rFonts w:ascii="Arial" w:hAnsi="Arial" w:cs="Arial"/>
          <w:sz w:val="24"/>
          <w:rtl/>
          <w:szCs w:val="24"/>
        </w:rPr>
        <w:t>עכשיו כבר חושך בחוץ. שתיתי שוקו חם וחשבתי על היום. כתבתי שלושה דברים טובים שקרו לי: הגשם בבוקר, השתיקה עם תמר, והנשימה שעזרה לי במבחן. מוזר – בבוקר נראה לי שזה יהיה יום רע, ובסוף הוא היה בסדר גמור.</w:t>
      </w:r>
    </w:p>
    <w:p>
      <w:pPr>
        <w:bidi/>
        <w:jc w:val="right"/>
      </w:pPr>
      <w:r>
        <w:rPr>
          <w:rFonts w:ascii="Arial" w:hAnsi="Arial" w:cs="Arial"/>
          <w:sz w:val="24"/>
          <w:rtl/>
          <w:szCs w:val="24"/>
        </w:rPr>
        <w:t>אולי ככה זה עם ימים גשומים: מבחוץ הם נראים אפורים, אבל אם מסתכלים מקרוב, יש בהם צבעים קטנים. מחר אמשיך לחפש אותם.</w:t>
      </w:r>
    </w:p>
    <w:p>
      <w:pPr>
        <w:bidi/>
        <w:jc w:val="right"/>
      </w:pPr>
      <w:r>
        <w:rPr>
          <w:rFonts w:ascii="Arial" w:hAnsi="Arial" w:cs="Arial"/>
          <w:sz w:val="24"/>
          <w:rtl/>
          <w:szCs w:val="24"/>
        </w:rPr>
        <w:t>לילה טוב, יומן.</w:t>
      </w:r>
    </w:p>
    <w:p>
      <w:pPr>
        <w:bidi/>
        <w:pStyle w:val="Heading2"/>
        <w:jc w:val="right"/>
      </w:pPr>
      <w:r>
        <w:rPr>
          <w:rFonts w:ascii="Arial" w:hAnsi="Arial" w:cs="Arial"/>
          <w:b/>
          <w:color w:val="0B7285"/>
          <w:sz w:val="32"/>
          <w:rtl/>
          <w:szCs w:val="32"/>
          <w:bCs/>
        </w:rPr>
        <w:t>חלק א׳ – איתור והבנה</w:t>
      </w:r>
    </w:p>
    <w:p>
      <w:pPr>
        <w:bidi/>
        <w:jc w:val="right"/>
      </w:pPr>
      <w:r>
        <w:rPr>
          <w:rFonts w:ascii="Arial" w:hAnsi="Arial" w:cs="Arial"/>
          <w:color w:val="555577"/>
          <w:sz w:val="24"/>
          <w:rtl/>
          <w:szCs w:val="24"/>
        </w:rPr>
        <w:t>הקיפו את התשובה הנכונה, וענו במשפט שלם.</w:t>
      </w:r>
    </w:p>
    <w:p>
      <w:pPr>
        <w:bidi/>
        <w:jc w:val="right"/>
      </w:pPr>
      <w:r>
        <w:rPr>
          <w:rFonts w:ascii="Arial" w:hAnsi="Arial" w:cs="Arial"/>
          <w:b/>
          <w:sz w:val="24"/>
          <w:rtl/>
          <w:szCs w:val="24"/>
          <w:bCs/>
        </w:rPr>
        <w:t>1. איך נשמע הגשם בבוקר?</w:t>
      </w:r>
    </w:p>
    <w:p>
      <w:pPr>
        <w:bidi/>
        <w:jc w:val="right"/>
      </w:pPr>
      <w:r>
        <w:rPr>
          <w:rFonts w:ascii="Arial" w:hAnsi="Arial" w:cs="Arial"/>
          <w:sz w:val="24"/>
          <w:rtl/>
          <w:szCs w:val="24"/>
        </w:rPr>
        <w:t xml:space="preserve">   ◯ א. כמו מחיאות כפיים רכות על הגג</w:t>
      </w:r>
    </w:p>
    <w:p>
      <w:pPr>
        <w:bidi/>
        <w:jc w:val="right"/>
      </w:pPr>
      <w:r>
        <w:rPr>
          <w:rFonts w:ascii="Arial" w:hAnsi="Arial" w:cs="Arial"/>
          <w:sz w:val="24"/>
          <w:rtl/>
          <w:szCs w:val="24"/>
        </w:rPr>
        <w:t xml:space="preserve">   ◯ ב. כמו רעם חזק</w:t>
      </w:r>
    </w:p>
    <w:p>
      <w:pPr>
        <w:bidi/>
        <w:jc w:val="right"/>
      </w:pPr>
      <w:r>
        <w:rPr>
          <w:rFonts w:ascii="Arial" w:hAnsi="Arial" w:cs="Arial"/>
          <w:sz w:val="24"/>
          <w:rtl/>
          <w:szCs w:val="24"/>
        </w:rPr>
        <w:t xml:space="preserve">   ◯ ג. כמו מוזיקה ברדיו</w:t>
      </w:r>
    </w:p>
    <w:p>
      <w:pPr>
        <w:bidi/>
        <w:jc w:val="right"/>
      </w:pPr>
      <w:r>
        <w:rPr>
          <w:rFonts w:ascii="Arial" w:hAnsi="Arial" w:cs="Arial"/>
          <w:b/>
          <w:sz w:val="24"/>
          <w:rtl/>
          <w:szCs w:val="24"/>
          <w:bCs/>
        </w:rPr>
        <w:t>2. מה עזר במבחן?</w:t>
      </w:r>
    </w:p>
    <w:p>
      <w:pPr>
        <w:bidi/>
        <w:jc w:val="right"/>
      </w:pPr>
      <w:r>
        <w:rPr>
          <w:rFonts w:ascii="Arial" w:hAnsi="Arial" w:cs="Arial"/>
          <w:sz w:val="24"/>
          <w:rtl/>
          <w:szCs w:val="24"/>
        </w:rPr>
        <w:t xml:space="preserve">   ◯ א. להעתיק מתמר</w:t>
      </w:r>
    </w:p>
    <w:p>
      <w:pPr>
        <w:bidi/>
        <w:jc w:val="right"/>
      </w:pPr>
      <w:r>
        <w:rPr>
          <w:rFonts w:ascii="Arial" w:hAnsi="Arial" w:cs="Arial"/>
          <w:sz w:val="24"/>
          <w:rtl/>
          <w:szCs w:val="24"/>
        </w:rPr>
        <w:t xml:space="preserve">   ◯ ב. לנשום לאט</w:t>
      </w:r>
    </w:p>
    <w:p>
      <w:pPr>
        <w:bidi/>
        <w:jc w:val="right"/>
      </w:pPr>
      <w:r>
        <w:rPr>
          <w:rFonts w:ascii="Arial" w:hAnsi="Arial" w:cs="Arial"/>
          <w:sz w:val="24"/>
          <w:rtl/>
          <w:szCs w:val="24"/>
        </w:rPr>
        <w:t xml:space="preserve">   ◯ ג. לצאת מהכיתה</w:t>
      </w:r>
    </w:p>
    <w:p>
      <w:pPr>
        <w:bidi/>
        <w:jc w:val="right"/>
      </w:pPr>
      <w:r>
        <w:rPr>
          <w:rFonts w:ascii="Arial" w:hAnsi="Arial" w:cs="Arial"/>
          <w:b/>
          <w:sz w:val="24"/>
          <w:rtl/>
          <w:szCs w:val="24"/>
          <w:bCs/>
        </w:rPr>
        <w:t>3. מה השתנה במהלך היום?</w:t>
      </w:r>
    </w:p>
    <w:p>
      <w:pPr>
        <w:bidi/>
        <w:jc w:val="right"/>
      </w:pPr>
      <w:r>
        <w:rPr>
          <w:rFonts w:ascii="Arial" w:hAnsi="Arial" w:cs="Arial"/>
          <w:sz w:val="24"/>
          <w:rtl/>
          <w:szCs w:val="24"/>
        </w:rPr>
        <w:t xml:space="preserve">   ◯ א. היום נראה רע בבוקר ובסוף היה בסדר</w:t>
      </w:r>
    </w:p>
    <w:p>
      <w:pPr>
        <w:bidi/>
        <w:jc w:val="right"/>
      </w:pPr>
      <w:r>
        <w:rPr>
          <w:rFonts w:ascii="Arial" w:hAnsi="Arial" w:cs="Arial"/>
          <w:sz w:val="24"/>
          <w:rtl/>
          <w:szCs w:val="24"/>
        </w:rPr>
        <w:t xml:space="preserve">   ◯ ב. היום נראה טוב ובסוף היה רע</w:t>
      </w:r>
    </w:p>
    <w:p>
      <w:pPr>
        <w:bidi/>
        <w:jc w:val="right"/>
      </w:pPr>
      <w:r>
        <w:rPr>
          <w:rFonts w:ascii="Arial" w:hAnsi="Arial" w:cs="Arial"/>
          <w:sz w:val="24"/>
          <w:rtl/>
          <w:szCs w:val="24"/>
        </w:rPr>
        <w:t xml:space="preserve">   ◯ ג. שום דבר לא השתנה</w:t>
      </w:r>
    </w:p>
    <w:p>
      <w:pPr>
        <w:bidi/>
        <w:jc w:val="right"/>
      </w:pPr>
      <w:r>
        <w:rPr>
          <w:rFonts w:ascii="Arial" w:hAnsi="Arial" w:cs="Arial"/>
          <w:sz w:val="24"/>
          <w:rtl/>
          <w:szCs w:val="24"/>
        </w:rPr>
        <w:t>4. מה עשה הכותב או הכותבת כשנתקעו במבחן?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מהם שלושת הדברים הטובים שנכתבו ביומן?</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נכון או לא נכון</w:t>
      </w:r>
    </w:p>
    <w:p>
      <w:pPr>
        <w:bidi/>
        <w:jc w:val="right"/>
      </w:pPr>
      <w:r>
        <w:rPr>
          <w:rFonts w:ascii="Arial" w:hAnsi="Arial" w:cs="Arial"/>
          <w:color w:val="555577"/>
          <w:sz w:val="24"/>
          <w:rtl/>
          <w:szCs w:val="24"/>
        </w:rPr>
        <w:t>סמנו ✓ במשבצת המתאימה. אם המשפט לא נכון – תקנו אותו בעל־פה או בשורה מתחת.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בהפסקה דיברו הכותב/ת ותמר הרבה מאוד.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בערב נכתבו שלושה דברים טובים.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הכותב/ת יודעים בוודאות שהצליחו במבחן.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פרשנות</w:t>
      </w:r>
    </w:p>
    <w:p>
      <w:pPr>
        <w:bidi/>
        <w:jc w:val="right"/>
      </w:pPr>
      <w:r>
        <w:rPr>
          <w:rFonts w:ascii="Arial" w:hAnsi="Arial" w:cs="Arial"/>
          <w:color w:val="555577"/>
          <w:sz w:val="24"/>
          <w:rtl/>
          <w:szCs w:val="24"/>
        </w:rPr>
        <w:t>ענו בשניים–שלושה משפטים. הביאו ראיה מהקטע.</w:t>
      </w:r>
    </w:p>
    <w:p>
      <w:pPr>
        <w:bidi/>
        <w:jc w:val="right"/>
      </w:pPr>
      <w:r>
        <w:rPr>
          <w:rFonts w:ascii="Arial" w:hAnsi="Arial" w:cs="Arial"/>
          <w:sz w:val="24"/>
          <w:rtl/>
          <w:szCs w:val="24"/>
        </w:rPr>
        <w:t>1. מה פירוש "היה נעים לשתוק ביחד"?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הכוונה ב"צבעים קטנים" בימים אפורים?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ד׳ – לשון ציורית</w:t>
      </w:r>
    </w:p>
    <w:p>
      <w:pPr>
        <w:bidi/>
        <w:jc w:val="right"/>
      </w:pPr>
      <w:r>
        <w:rPr>
          <w:rFonts w:ascii="Arial" w:hAnsi="Arial" w:cs="Arial"/>
          <w:color w:val="555577"/>
          <w:sz w:val="24"/>
          <w:rtl/>
          <w:szCs w:val="24"/>
        </w:rPr>
        <w:t>לכל ביטוי כתבו את סוג האמצעי (דימוי / מטאפורה / האנשה / ניגוד / חזרה) ומה הוא מוסיף לקטע.</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הביטוי</w:t>
            </w:r>
          </w:p>
        </w:tc>
        <w:tc>
          <w:tcPr>
            <w:tcW w:type="dxa" w:w="2606"/>
            <w:shd w:val="clear" w:fill="D0EBFF"/>
          </w:tcPr>
          <w:p>
            <w:pPr>
              <w:bidi/>
              <w:jc w:val="right"/>
            </w:pPr>
            <w:r>
              <w:rPr>
                <w:rFonts w:ascii="Arial" w:hAnsi="Arial" w:cs="Arial"/>
                <w:b/>
                <w:sz w:val="22"/>
                <w:rtl/>
                <w:szCs w:val="22"/>
                <w:bCs/>
              </w:rPr>
              <w:t>סוג האמצעי</w:t>
            </w:r>
          </w:p>
        </w:tc>
        <w:tc>
          <w:tcPr>
            <w:tcW w:type="dxa" w:w="2606"/>
            <w:shd w:val="clear" w:fill="D0EBFF"/>
          </w:tcPr>
          <w:p>
            <w:pPr>
              <w:bidi/>
              <w:jc w:val="right"/>
            </w:pPr>
            <w:r>
              <w:rPr>
                <w:rFonts w:ascii="Arial" w:hAnsi="Arial" w:cs="Arial"/>
                <w:b/>
                <w:sz w:val="22"/>
                <w:rtl/>
                <w:szCs w:val="22"/>
                <w:bCs/>
              </w:rPr>
              <w:t>מה הוא מוסיף?</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נשמע כמו מחיאות כפיים רכות על הגג</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מבחוץ הם נראים אפורים, אבל... יש בהם צבעים קטנים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יש בהם צבעים קטנים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ה׳ – הערכה</w:t>
      </w:r>
    </w:p>
    <w:p>
      <w:pPr>
        <w:bidi/>
        <w:jc w:val="right"/>
      </w:pPr>
      <w:r>
        <w:rPr>
          <w:rFonts w:ascii="Arial" w:hAnsi="Arial" w:cs="Arial"/>
          <w:color w:val="555577"/>
          <w:sz w:val="24"/>
          <w:rtl/>
          <w:szCs w:val="24"/>
        </w:rPr>
        <w:t>הביעו עמדה ונמקו.</w:t>
      </w:r>
    </w:p>
    <w:p>
      <w:pPr>
        <w:bidi/>
        <w:jc w:val="right"/>
      </w:pPr>
      <w:r>
        <w:rPr>
          <w:rFonts w:ascii="Arial" w:hAnsi="Arial" w:cs="Arial"/>
          <w:sz w:val="24"/>
          <w:rtl/>
          <w:szCs w:val="24"/>
        </w:rPr>
        <w:t>1. האם כתיבת "שלושה דברים טובים" בסוף יום יכולה לשנות את הדרך שבה אנחנו זוכרים אותו?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ו׳ – המסע שלי פנימה ✍️</w:t>
      </w:r>
    </w:p>
    <w:p>
      <w:pPr>
        <w:bidi/>
        <w:jc w:val="right"/>
      </w:pPr>
      <w:r>
        <w:rPr>
          <w:rFonts w:ascii="Arial" w:hAnsi="Arial" w:cs="Arial"/>
          <w:sz w:val="24"/>
          <w:rtl/>
          <w:szCs w:val="24"/>
        </w:rPr>
        <w:t>כתבו רשומת יומן של יום חורף אחד שלכם (אמיתי או דמיוני) – בוקר, צהריים וערב – וסיימו בשלושה "צבעים קטנים".</w:t>
      </w:r>
    </w:p>
    <w:p>
      <w:pPr>
        <w:bidi/>
        <w:jc w:val="right"/>
      </w:pPr>
      <w:r>
        <w:rPr>
          <w:rFonts w:ascii="Arial" w:hAnsi="Arial" w:cs="Arial"/>
          <w:sz w:val="24"/>
          <w:rtl/>
          <w:szCs w:val="24"/>
        </w:rPr>
        <w:t>• כתבו 6–10 שורות.</w:t>
      </w:r>
    </w:p>
    <w:p>
      <w:pPr>
        <w:bidi/>
        <w:jc w:val="right"/>
      </w:pPr>
      <w:r>
        <w:rPr>
          <w:rFonts w:ascii="Arial" w:hAnsi="Arial" w:cs="Arial"/>
          <w:sz w:val="24"/>
          <w:rtl/>
          <w:szCs w:val="24"/>
        </w:rPr>
        <w:t>• השתמשו לפחות בדימוי אחד או בהאנשה אחת.</w:t>
      </w:r>
    </w:p>
    <w:p>
      <w:pPr>
        <w:bidi/>
        <w:jc w:val="right"/>
      </w:pPr>
      <w:r>
        <w:rPr>
          <w:rFonts w:ascii="Arial" w:hAnsi="Arial" w:cs="Arial"/>
          <w:sz w:val="24"/>
          <w:rtl/>
          <w:szCs w:val="24"/>
        </w:rPr>
        <w:t>• אין צורך לשתף – הכתיבה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משפט אחד מהקטע שאני לוקח/ת איתי: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מילה אחת שמתארת איך הרגשתי בקריאה: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יומן של יום גשום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